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2330"/>
          <w:sz w:val="30"/>
        </w:rPr>
        <w:t>ÜRÜN / MAL TESLİM TUTANAĞI</w:t>
      </w:r>
    </w:p>
    <w:p>
      <w:r>
        <w:rPr>
          <w:color w:val="6B7080"/>
          <w:sz w:val="17"/>
        </w:rPr>
        <w:t>Satılan, sipariş edilen ya da emanet bırakılan ürünün alıcıya eksiksiz ve sağlam teslim edildiğinin kaydı</w:t>
      </w: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Teslim eden</w:t>
            </w:r>
          </w:p>
        </w:tc>
      </w:tr>
      <w:tr>
        <w:trPr>
          <w:trHeight w:val="351"/>
        </w:trPr>
        <w:tc>
          <w:tcPr>
            <w:tcW w:type="dxa" w:w="3515"/>
            <w:vAlign w:val="center"/>
            <w:shd w:val="clear" w:color="auto" w:fill="F1F1F8"/>
          </w:tcPr>
          <w:p>
            <w:r>
              <w:t>İşletme unvanı / ad soyad</w:t>
            </w:r>
          </w:p>
        </w:tc>
        <w:tc>
          <w:tcPr>
            <w:tcW w:type="dxa" w:w="6576"/>
            <w:vAlign w:val="center"/>
          </w:tcPr>
          <w:p>
            <w:r/>
          </w:p>
        </w:tc>
      </w:tr>
      <w:tr>
        <w:trPr>
          <w:trHeight w:val="351"/>
        </w:trPr>
        <w:tc>
          <w:tcPr>
            <w:tcW w:type="dxa" w:w="3515"/>
            <w:vAlign w:val="center"/>
            <w:shd w:val="clear" w:color="auto" w:fill="F1F1F8"/>
          </w:tcPr>
          <w:p>
            <w:r>
              <w:t>Vergi dairesi / no (varsa)</w:t>
            </w:r>
          </w:p>
        </w:tc>
        <w:tc>
          <w:tcPr>
            <w:tcW w:type="dxa" w:w="6576"/>
            <w:vAlign w:val="center"/>
          </w:tcPr>
          <w:p>
            <w:r/>
          </w:p>
        </w:tc>
      </w:tr>
      <w:tr>
        <w:trPr>
          <w:trHeight w:val="351"/>
        </w:trPr>
        <w:tc>
          <w:tcPr>
            <w:tcW w:type="dxa" w:w="3515"/>
            <w:vAlign w:val="center"/>
            <w:shd w:val="clear" w:color="auto" w:fill="F1F1F8"/>
          </w:tcPr>
          <w:p>
            <w:r>
              <w:t>Adres</w:t>
            </w:r>
          </w:p>
        </w:tc>
        <w:tc>
          <w:tcPr>
            <w:tcW w:type="dxa" w:w="6576"/>
            <w:vAlign w:val="center"/>
          </w:tcPr>
          <w:p>
            <w:r/>
          </w:p>
        </w:tc>
      </w:tr>
      <w:tr>
        <w:trPr>
          <w:trHeight w:val="351"/>
        </w:trPr>
        <w:tc>
          <w:tcPr>
            <w:tcW w:type="dxa" w:w="3515"/>
            <w:vAlign w:val="center"/>
            <w:shd w:val="clear" w:color="auto" w:fill="F1F1F8"/>
          </w:tcPr>
          <w:p>
            <w:r>
              <w:t>Telefon / e-posta</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Teslim alan</w:t>
            </w:r>
          </w:p>
        </w:tc>
      </w:tr>
      <w:tr>
        <w:trPr>
          <w:trHeight w:val="351"/>
        </w:trPr>
        <w:tc>
          <w:tcPr>
            <w:tcW w:type="dxa" w:w="3515"/>
            <w:vAlign w:val="center"/>
            <w:shd w:val="clear" w:color="auto" w:fill="F1F1F8"/>
          </w:tcPr>
          <w:p>
            <w:r>
              <w:t>Ad soyad / unvan</w:t>
            </w:r>
          </w:p>
        </w:tc>
        <w:tc>
          <w:tcPr>
            <w:tcW w:type="dxa" w:w="6576"/>
            <w:vAlign w:val="center"/>
          </w:tcPr>
          <w:p>
            <w:r/>
          </w:p>
        </w:tc>
      </w:tr>
      <w:tr>
        <w:trPr>
          <w:trHeight w:val="351"/>
        </w:trPr>
        <w:tc>
          <w:tcPr>
            <w:tcW w:type="dxa" w:w="3515"/>
            <w:vAlign w:val="center"/>
            <w:shd w:val="clear" w:color="auto" w:fill="F1F1F8"/>
          </w:tcPr>
          <w:p>
            <w:r>
              <w:t>T.C. kimlik no / vergi no</w:t>
            </w:r>
          </w:p>
        </w:tc>
        <w:tc>
          <w:tcPr>
            <w:tcW w:type="dxa" w:w="6576"/>
            <w:vAlign w:val="center"/>
          </w:tcPr>
          <w:p>
            <w:r/>
          </w:p>
        </w:tc>
      </w:tr>
      <w:tr>
        <w:trPr>
          <w:trHeight w:val="351"/>
        </w:trPr>
        <w:tc>
          <w:tcPr>
            <w:tcW w:type="dxa" w:w="3515"/>
            <w:vAlign w:val="center"/>
            <w:shd w:val="clear" w:color="auto" w:fill="F1F1F8"/>
          </w:tcPr>
          <w:p>
            <w:r>
              <w:t>Adres</w:t>
            </w:r>
          </w:p>
        </w:tc>
        <w:tc>
          <w:tcPr>
            <w:tcW w:type="dxa" w:w="6576"/>
            <w:vAlign w:val="center"/>
          </w:tcPr>
          <w:p>
            <w:r/>
          </w:p>
        </w:tc>
      </w:tr>
      <w:tr>
        <w:trPr>
          <w:trHeight w:val="351"/>
        </w:trPr>
        <w:tc>
          <w:tcPr>
            <w:tcW w:type="dxa" w:w="3515"/>
            <w:vAlign w:val="center"/>
            <w:shd w:val="clear" w:color="auto" w:fill="F1F1F8"/>
          </w:tcPr>
          <w:p>
            <w:r>
              <w:t>Telefon</w:t>
            </w:r>
          </w:p>
        </w:tc>
        <w:tc>
          <w:tcPr>
            <w:tcW w:type="dxa" w:w="6576"/>
            <w:vAlign w:val="center"/>
          </w:tcPr>
          <w:p>
            <w:r/>
          </w:p>
        </w:tc>
      </w:tr>
      <w:tr>
        <w:trPr>
          <w:trHeight w:val="351"/>
        </w:trPr>
        <w:tc>
          <w:tcPr>
            <w:tcW w:type="dxa" w:w="3515"/>
            <w:vAlign w:val="center"/>
            <w:shd w:val="clear" w:color="auto" w:fill="F1F1F8"/>
          </w:tcPr>
          <w:p>
            <w:r>
              <w:t>Alıcı adına teslim alan (farklıysa) ve yakınlığı / yetkisi</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Teslimat</w:t>
            </w:r>
          </w:p>
        </w:tc>
      </w:tr>
      <w:tr>
        <w:trPr>
          <w:trHeight w:val="351"/>
        </w:trPr>
        <w:tc>
          <w:tcPr>
            <w:tcW w:type="dxa" w:w="3515"/>
            <w:vAlign w:val="center"/>
            <w:shd w:val="clear" w:color="auto" w:fill="F1F1F8"/>
          </w:tcPr>
          <w:p>
            <w:r>
              <w:t>Tutanak no</w:t>
            </w:r>
          </w:p>
        </w:tc>
        <w:tc>
          <w:tcPr>
            <w:tcW w:type="dxa" w:w="6576"/>
            <w:vAlign w:val="center"/>
          </w:tcPr>
          <w:p>
            <w:r/>
          </w:p>
        </w:tc>
      </w:tr>
      <w:tr>
        <w:trPr>
          <w:trHeight w:val="351"/>
        </w:trPr>
        <w:tc>
          <w:tcPr>
            <w:tcW w:type="dxa" w:w="3515"/>
            <w:vAlign w:val="center"/>
            <w:shd w:val="clear" w:color="auto" w:fill="F1F1F8"/>
          </w:tcPr>
          <w:p>
            <w:r>
              <w:t>Teslim tarihi ve saati</w:t>
            </w:r>
          </w:p>
        </w:tc>
        <w:tc>
          <w:tcPr>
            <w:tcW w:type="dxa" w:w="6576"/>
            <w:vAlign w:val="center"/>
          </w:tcPr>
          <w:p>
            <w:r/>
          </w:p>
        </w:tc>
      </w:tr>
      <w:tr>
        <w:trPr>
          <w:trHeight w:val="351"/>
        </w:trPr>
        <w:tc>
          <w:tcPr>
            <w:tcW w:type="dxa" w:w="3515"/>
            <w:vAlign w:val="center"/>
            <w:shd w:val="clear" w:color="auto" w:fill="F1F1F8"/>
          </w:tcPr>
          <w:p>
            <w:r>
              <w:t>Teslim yeri</w:t>
            </w:r>
          </w:p>
        </w:tc>
        <w:tc>
          <w:tcPr>
            <w:tcW w:type="dxa" w:w="6576"/>
            <w:vAlign w:val="center"/>
          </w:tcPr>
          <w:p>
            <w:r/>
          </w:p>
        </w:tc>
      </w:tr>
      <w:tr>
        <w:trPr>
          <w:trHeight w:val="351"/>
        </w:trPr>
        <w:tc>
          <w:tcPr>
            <w:tcW w:type="dxa" w:w="3515"/>
            <w:vAlign w:val="center"/>
            <w:shd w:val="clear" w:color="auto" w:fill="F1F1F8"/>
          </w:tcPr>
          <w:p>
            <w:r>
              <w:t>Teslim şekli</w:t>
            </w:r>
          </w:p>
        </w:tc>
        <w:tc>
          <w:tcPr>
            <w:tcW w:type="dxa" w:w="6576"/>
            <w:vAlign w:val="center"/>
          </w:tcPr>
          <w:p>
            <w:r>
              <w:t>☐ Elden   ☐ Kargo   ☐ Kurye   ☐ Kendi aracımızla   ☐ Mağazadan teslim</w:t>
            </w:r>
          </w:p>
        </w:tc>
      </w:tr>
      <w:tr>
        <w:trPr>
          <w:trHeight w:val="351"/>
        </w:trPr>
        <w:tc>
          <w:tcPr>
            <w:tcW w:type="dxa" w:w="3515"/>
            <w:vAlign w:val="center"/>
            <w:shd w:val="clear" w:color="auto" w:fill="F1F1F8"/>
          </w:tcPr>
          <w:p>
            <w:r>
              <w:t>Fatura / irsaliye / sipariş no</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1489"/>
        <w:gridCol w:w="1489"/>
        <w:gridCol w:w="1489"/>
        <w:gridCol w:w="1489"/>
        <w:gridCol w:w="1489"/>
        <w:gridCol w:w="1489"/>
        <w:gridCol w:w="1489"/>
      </w:tblGrid>
      <w:tr>
        <w:tc>
          <w:tcPr>
            <w:tcW w:type="dxa" w:w="10423"/>
            <w:gridSpan w:val="7"/>
            <w:shd w:val="clear" w:color="auto" w:fill="1F2330"/>
          </w:tcPr>
          <w:p>
            <w:r>
              <w:rPr>
                <w:b/>
                <w:color w:val="FFFFFF"/>
              </w:rPr>
              <w:t>Teslim edilen ürünler</w:t>
            </w:r>
          </w:p>
        </w:tc>
      </w:tr>
      <w:tr>
        <w:tc>
          <w:tcPr>
            <w:tcW w:type="dxa" w:w="441"/>
            <w:shd w:val="clear" w:color="auto" w:fill="F1F1F8"/>
          </w:tcPr>
          <w:p>
            <w:r>
              <w:rPr>
                <w:b/>
                <w:sz w:val="16"/>
              </w:rPr>
              <w:t>Sıra</w:t>
            </w:r>
          </w:p>
        </w:tc>
        <w:tc>
          <w:tcPr>
            <w:tcW w:type="dxa" w:w="2901"/>
            <w:shd w:val="clear" w:color="auto" w:fill="F1F1F8"/>
          </w:tcPr>
          <w:p>
            <w:r>
              <w:rPr>
                <w:b/>
                <w:sz w:val="16"/>
              </w:rPr>
              <w:t>Ürün / mal adı</w:t>
            </w:r>
          </w:p>
        </w:tc>
        <w:tc>
          <w:tcPr>
            <w:tcW w:type="dxa" w:w="1766"/>
            <w:shd w:val="clear" w:color="auto" w:fill="F1F1F8"/>
          </w:tcPr>
          <w:p>
            <w:r>
              <w:rPr>
                <w:b/>
                <w:sz w:val="16"/>
              </w:rPr>
              <w:t>Marka / model</w:t>
            </w:r>
          </w:p>
        </w:tc>
        <w:tc>
          <w:tcPr>
            <w:tcW w:type="dxa" w:w="1766"/>
            <w:shd w:val="clear" w:color="auto" w:fill="F1F1F8"/>
          </w:tcPr>
          <w:p>
            <w:r>
              <w:rPr>
                <w:b/>
                <w:sz w:val="16"/>
              </w:rPr>
              <w:t>Seri no / IMEI</w:t>
            </w:r>
          </w:p>
        </w:tc>
        <w:tc>
          <w:tcPr>
            <w:tcW w:type="dxa" w:w="631"/>
            <w:shd w:val="clear" w:color="auto" w:fill="F1F1F8"/>
          </w:tcPr>
          <w:p>
            <w:r>
              <w:rPr>
                <w:b/>
                <w:sz w:val="16"/>
              </w:rPr>
              <w:t>Adet</w:t>
            </w:r>
          </w:p>
        </w:tc>
        <w:tc>
          <w:tcPr>
            <w:tcW w:type="dxa" w:w="631"/>
            <w:shd w:val="clear" w:color="auto" w:fill="F1F1F8"/>
          </w:tcPr>
          <w:p>
            <w:r>
              <w:rPr>
                <w:b/>
                <w:sz w:val="16"/>
              </w:rPr>
              <w:t>Birim</w:t>
            </w:r>
          </w:p>
        </w:tc>
        <w:tc>
          <w:tcPr>
            <w:tcW w:type="dxa" w:w="1955"/>
            <w:shd w:val="clear" w:color="auto" w:fill="F1F1F8"/>
          </w:tcPr>
          <w:p>
            <w:r>
              <w:rPr>
                <w:b/>
                <w:sz w:val="16"/>
              </w:rPr>
              <w:t>Açıklama</w:t>
            </w:r>
          </w:p>
        </w:tc>
      </w:tr>
      <w:tr>
        <w:trPr>
          <w:trHeight w:val="340"/>
        </w:trPr>
        <w:tc>
          <w:tcPr>
            <w:tcW w:type="dxa" w:w="441"/>
          </w:tcPr>
          <w:p>
            <w:r>
              <w:t>1</w:t>
            </w:r>
          </w:p>
        </w:tc>
        <w:tc>
          <w:tcPr>
            <w:tcW w:type="dxa" w:w="2901"/>
          </w:tcPr>
          <w:p/>
        </w:tc>
        <w:tc>
          <w:tcPr>
            <w:tcW w:type="dxa" w:w="1766"/>
          </w:tcPr>
          <w:p/>
        </w:tc>
        <w:tc>
          <w:tcPr>
            <w:tcW w:type="dxa" w:w="1766"/>
          </w:tcPr>
          <w:p/>
        </w:tc>
        <w:tc>
          <w:tcPr>
            <w:tcW w:type="dxa" w:w="631"/>
          </w:tcPr>
          <w:p/>
        </w:tc>
        <w:tc>
          <w:tcPr>
            <w:tcW w:type="dxa" w:w="631"/>
          </w:tcPr>
          <w:p/>
        </w:tc>
        <w:tc>
          <w:tcPr>
            <w:tcW w:type="dxa" w:w="1955"/>
          </w:tcPr>
          <w:p/>
        </w:tc>
      </w:tr>
      <w:tr>
        <w:trPr>
          <w:trHeight w:val="340"/>
        </w:trPr>
        <w:tc>
          <w:tcPr>
            <w:tcW w:type="dxa" w:w="441"/>
          </w:tcPr>
          <w:p>
            <w:r>
              <w:t>2</w:t>
            </w:r>
          </w:p>
        </w:tc>
        <w:tc>
          <w:tcPr>
            <w:tcW w:type="dxa" w:w="2901"/>
          </w:tcPr>
          <w:p/>
        </w:tc>
        <w:tc>
          <w:tcPr>
            <w:tcW w:type="dxa" w:w="1766"/>
          </w:tcPr>
          <w:p/>
        </w:tc>
        <w:tc>
          <w:tcPr>
            <w:tcW w:type="dxa" w:w="1766"/>
          </w:tcPr>
          <w:p/>
        </w:tc>
        <w:tc>
          <w:tcPr>
            <w:tcW w:type="dxa" w:w="631"/>
          </w:tcPr>
          <w:p/>
        </w:tc>
        <w:tc>
          <w:tcPr>
            <w:tcW w:type="dxa" w:w="631"/>
          </w:tcPr>
          <w:p/>
        </w:tc>
        <w:tc>
          <w:tcPr>
            <w:tcW w:type="dxa" w:w="1955"/>
          </w:tcPr>
          <w:p/>
        </w:tc>
      </w:tr>
      <w:tr>
        <w:trPr>
          <w:trHeight w:val="340"/>
        </w:trPr>
        <w:tc>
          <w:tcPr>
            <w:tcW w:type="dxa" w:w="441"/>
          </w:tcPr>
          <w:p>
            <w:r>
              <w:t>3</w:t>
            </w:r>
          </w:p>
        </w:tc>
        <w:tc>
          <w:tcPr>
            <w:tcW w:type="dxa" w:w="2901"/>
          </w:tcPr>
          <w:p/>
        </w:tc>
        <w:tc>
          <w:tcPr>
            <w:tcW w:type="dxa" w:w="1766"/>
          </w:tcPr>
          <w:p/>
        </w:tc>
        <w:tc>
          <w:tcPr>
            <w:tcW w:type="dxa" w:w="1766"/>
          </w:tcPr>
          <w:p/>
        </w:tc>
        <w:tc>
          <w:tcPr>
            <w:tcW w:type="dxa" w:w="631"/>
          </w:tcPr>
          <w:p/>
        </w:tc>
        <w:tc>
          <w:tcPr>
            <w:tcW w:type="dxa" w:w="631"/>
          </w:tcPr>
          <w:p/>
        </w:tc>
        <w:tc>
          <w:tcPr>
            <w:tcW w:type="dxa" w:w="1955"/>
          </w:tcPr>
          <w:p/>
        </w:tc>
      </w:tr>
      <w:tr>
        <w:trPr>
          <w:trHeight w:val="340"/>
        </w:trPr>
        <w:tc>
          <w:tcPr>
            <w:tcW w:type="dxa" w:w="441"/>
          </w:tcPr>
          <w:p>
            <w:r>
              <w:t>4</w:t>
            </w:r>
          </w:p>
        </w:tc>
        <w:tc>
          <w:tcPr>
            <w:tcW w:type="dxa" w:w="2901"/>
          </w:tcPr>
          <w:p/>
        </w:tc>
        <w:tc>
          <w:tcPr>
            <w:tcW w:type="dxa" w:w="1766"/>
          </w:tcPr>
          <w:p/>
        </w:tc>
        <w:tc>
          <w:tcPr>
            <w:tcW w:type="dxa" w:w="1766"/>
          </w:tcPr>
          <w:p/>
        </w:tc>
        <w:tc>
          <w:tcPr>
            <w:tcW w:type="dxa" w:w="631"/>
          </w:tcPr>
          <w:p/>
        </w:tc>
        <w:tc>
          <w:tcPr>
            <w:tcW w:type="dxa" w:w="631"/>
          </w:tcPr>
          <w:p/>
        </w:tc>
        <w:tc>
          <w:tcPr>
            <w:tcW w:type="dxa" w:w="1955"/>
          </w:tcPr>
          <w:p/>
        </w:tc>
      </w:tr>
      <w:tr>
        <w:trPr>
          <w:trHeight w:val="340"/>
        </w:trPr>
        <w:tc>
          <w:tcPr>
            <w:tcW w:type="dxa" w:w="441"/>
          </w:tcPr>
          <w:p>
            <w:r>
              <w:t>5</w:t>
            </w:r>
          </w:p>
        </w:tc>
        <w:tc>
          <w:tcPr>
            <w:tcW w:type="dxa" w:w="2901"/>
          </w:tcPr>
          <w:p/>
        </w:tc>
        <w:tc>
          <w:tcPr>
            <w:tcW w:type="dxa" w:w="1766"/>
          </w:tcPr>
          <w:p/>
        </w:tc>
        <w:tc>
          <w:tcPr>
            <w:tcW w:type="dxa" w:w="1766"/>
          </w:tcPr>
          <w:p/>
        </w:tc>
        <w:tc>
          <w:tcPr>
            <w:tcW w:type="dxa" w:w="631"/>
          </w:tcPr>
          <w:p/>
        </w:tc>
        <w:tc>
          <w:tcPr>
            <w:tcW w:type="dxa" w:w="631"/>
          </w:tcPr>
          <w:p/>
        </w:tc>
        <w:tc>
          <w:tcPr>
            <w:tcW w:type="dxa" w:w="1955"/>
          </w:tcPr>
          <w:p/>
        </w:tc>
      </w:tr>
      <w:tr>
        <w:trPr>
          <w:trHeight w:val="340"/>
        </w:trPr>
        <w:tc>
          <w:tcPr>
            <w:tcW w:type="dxa" w:w="441"/>
          </w:tcPr>
          <w:p>
            <w:r>
              <w:t>6</w:t>
            </w:r>
          </w:p>
        </w:tc>
        <w:tc>
          <w:tcPr>
            <w:tcW w:type="dxa" w:w="2901"/>
          </w:tcPr>
          <w:p/>
        </w:tc>
        <w:tc>
          <w:tcPr>
            <w:tcW w:type="dxa" w:w="1766"/>
          </w:tcPr>
          <w:p/>
        </w:tc>
        <w:tc>
          <w:tcPr>
            <w:tcW w:type="dxa" w:w="1766"/>
          </w:tcPr>
          <w:p/>
        </w:tc>
        <w:tc>
          <w:tcPr>
            <w:tcW w:type="dxa" w:w="631"/>
          </w:tcPr>
          <w:p/>
        </w:tc>
        <w:tc>
          <w:tcPr>
            <w:tcW w:type="dxa" w:w="631"/>
          </w:tcPr>
          <w:p/>
        </w:tc>
        <w:tc>
          <w:tcPr>
            <w:tcW w:type="dxa" w:w="1955"/>
          </w:tcPr>
          <w:p/>
        </w:tc>
      </w:tr>
    </w:tbl>
    <w:p>
      <w:r>
        <w:rPr>
          <w:i/>
          <w:sz w:val="17"/>
        </w:rPr>
        <w:t>Seri numaralı ürünlerde (telefon, beyaz eşya, elektronik) seri no / IMEI mutlaka yazılır.</w:t>
      </w:r>
    </w:p>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Ürünün teslim alındığı hâl</w:t>
            </w:r>
          </w:p>
        </w:tc>
      </w:tr>
      <w:tr>
        <w:trPr>
          <w:trHeight w:val="351"/>
        </w:trPr>
        <w:tc>
          <w:tcPr>
            <w:tcW w:type="dxa" w:w="3515"/>
            <w:vAlign w:val="center"/>
            <w:shd w:val="clear" w:color="auto" w:fill="F1F1F8"/>
          </w:tcPr>
          <w:p>
            <w:r>
              <w:t>Ambalaj</w:t>
            </w:r>
          </w:p>
        </w:tc>
        <w:tc>
          <w:tcPr>
            <w:tcW w:type="dxa" w:w="6576"/>
            <w:vAlign w:val="center"/>
          </w:tcPr>
          <w:p>
            <w:r>
              <w:t>☐ Sağlam, açılmamış   ☐ Açıldı ve birlikte kontrol edildi   ☐ Hasarlı: ...........</w:t>
            </w:r>
          </w:p>
        </w:tc>
      </w:tr>
      <w:tr>
        <w:trPr>
          <w:trHeight w:val="703"/>
        </w:trPr>
        <w:tc>
          <w:tcPr>
            <w:tcW w:type="dxa" w:w="3515"/>
            <w:vAlign w:val="center"/>
            <w:shd w:val="clear" w:color="auto" w:fill="F1F1F8"/>
          </w:tcPr>
          <w:p>
            <w:r>
              <w:t>Görünür hasar / eksik parça</w:t>
            </w:r>
          </w:p>
        </w:tc>
        <w:tc>
          <w:tcPr>
            <w:tcW w:type="dxa" w:w="6576"/>
            <w:vAlign w:val="center"/>
          </w:tcPr>
          <w:p>
            <w:r>
              <w:br/>
            </w:r>
          </w:p>
        </w:tc>
      </w:tr>
      <w:tr>
        <w:trPr>
          <w:trHeight w:val="351"/>
        </w:trPr>
        <w:tc>
          <w:tcPr>
            <w:tcW w:type="dxa" w:w="3515"/>
            <w:vAlign w:val="center"/>
            <w:shd w:val="clear" w:color="auto" w:fill="F1F1F8"/>
          </w:tcPr>
          <w:p>
            <w:r>
              <w:t>Çalışma kontrolü</w:t>
            </w:r>
          </w:p>
        </w:tc>
        <w:tc>
          <w:tcPr>
            <w:tcW w:type="dxa" w:w="6576"/>
            <w:vAlign w:val="center"/>
          </w:tcPr>
          <w:p>
            <w:r>
              <w:t>☐ Yapıldı, çalışıyor   ☐ Yapılmadı   ☐ Kurulumda yapılacak</w:t>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Birlikte teslim edilen belgeler</w:t>
            </w:r>
          </w:p>
        </w:tc>
      </w:tr>
      <w:tr>
        <w:trPr>
          <w:trHeight w:val="351"/>
        </w:trPr>
        <w:tc>
          <w:tcPr>
            <w:tcW w:type="dxa" w:w="3515"/>
            <w:vAlign w:val="center"/>
            <w:shd w:val="clear" w:color="auto" w:fill="F1F1F8"/>
          </w:tcPr>
          <w:p>
            <w:r>
              <w:t>Belgeler</w:t>
            </w:r>
          </w:p>
        </w:tc>
        <w:tc>
          <w:tcPr>
            <w:tcW w:type="dxa" w:w="6576"/>
            <w:vAlign w:val="center"/>
          </w:tcPr>
          <w:p>
            <w:r>
              <w:t>☐ Fatura   ☐ Garanti belgesi   ☐ Kullanım kılavuzu   ☐ İrsaliye</w:t>
            </w:r>
          </w:p>
        </w:tc>
      </w:tr>
      <w:tr>
        <w:trPr>
          <w:trHeight w:val="351"/>
        </w:trPr>
        <w:tc>
          <w:tcPr>
            <w:tcW w:type="dxa" w:w="3515"/>
            <w:vAlign w:val="center"/>
            <w:shd w:val="clear" w:color="auto" w:fill="F1F1F8"/>
          </w:tcPr>
          <w:p>
            <w:r>
              <w:t>Aksesuar / yedek parça</w:t>
            </w:r>
          </w:p>
        </w:tc>
        <w:tc>
          <w:tcPr>
            <w:tcW w:type="dxa" w:w="6576"/>
            <w:vAlign w:val="center"/>
          </w:tcPr>
          <w:p>
            <w:r/>
          </w:p>
        </w:tc>
      </w:tr>
      <w:tr>
        <w:trPr>
          <w:trHeight w:val="351"/>
        </w:trPr>
        <w:tc>
          <w:tcPr>
            <w:tcW w:type="dxa" w:w="3515"/>
            <w:vAlign w:val="center"/>
            <w:shd w:val="clear" w:color="auto" w:fill="F1F1F8"/>
          </w:tcPr>
          <w:p>
            <w:r>
              <w:t>Kurulum / montaj</w:t>
            </w:r>
          </w:p>
        </w:tc>
        <w:tc>
          <w:tcPr>
            <w:tcW w:type="dxa" w:w="6576"/>
            <w:vAlign w:val="center"/>
          </w:tcPr>
          <w:p>
            <w:r>
              <w:t>☐ Gerekmez   ☐ Yapıldı   ☐ ..../..../........ tarihinde yapılacak</w:t>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Açıklama ve çekinceler</w:t>
            </w:r>
          </w:p>
        </w:tc>
      </w:tr>
      <w:tr>
        <w:trPr>
          <w:trHeight w:val="1054"/>
        </w:trPr>
        <w:tc>
          <w:tcPr>
            <w:tcW w:type="dxa" w:w="3515"/>
            <w:vAlign w:val="center"/>
            <w:shd w:val="clear" w:color="auto" w:fill="F1F1F8"/>
          </w:tcPr>
          <w:p>
            <w:r>
              <w:t>Alıcının notu / itirazı (varsa)</w:t>
            </w:r>
          </w:p>
        </w:tc>
        <w:tc>
          <w:tcPr>
            <w:tcW w:type="dxa" w:w="6576"/>
            <w:vAlign w:val="center"/>
          </w:tcPr>
          <w:p>
            <w:r>
              <w:br/>
              <w:br/>
            </w:r>
          </w:p>
        </w:tc>
      </w:tr>
    </w:tbl>
    <w:p>
      <w:r>
        <w:rPr>
          <w:i/>
          <w:sz w:val="17"/>
        </w:rPr>
        <w:t>Hasarlı ya da eksik teslimde bu bölüm doldurulur; mümkünse fotoğraf çekilir ve kargo görevlisine tutanak tutturulur.</w:t>
      </w:r>
    </w:p>
    <w:p>
      <w:pPr>
        <w:spacing w:after="0"/>
      </w:pPr>
    </w:p>
    <w:p>
      <w:pPr>
        <w:spacing w:after="20"/>
      </w:pPr>
      <w:r>
        <w:rPr>
          <w:sz w:val="17"/>
        </w:rPr>
        <w:t>• Bu tutanak, yukarıda yazılan ürünlerin belirtilen tarih ve yerde, belirtilen hâlde teslim edildiğini gösterir. Teslimde görülemeyen (gizli) ayıplar için alıcının yasal hakları saklıdır.</w:t>
      </w:r>
    </w:p>
    <w:p>
      <w:pPr>
        <w:spacing w:after="20"/>
      </w:pPr>
      <w:r>
        <w:rPr>
          <w:sz w:val="17"/>
        </w:rPr>
        <w:t>• Tüketiciye satışta ayıplı maldan sorumluluk, ayıp sonradan ortaya çıksa bile teslimden itibaren iki yıllık zamanaşımına tabidir (6502 s. Kanun m. 12). Mesafeli satışta 14 günlük cayma süresi, malın alıcıya ya da gösterdiği kişiye teslim edildiği gün başlar.</w:t>
      </w:r>
    </w:p>
    <w:p>
      <w:pPr>
        <w:spacing w:after="20"/>
      </w:pPr>
      <w:r>
        <w:rPr>
          <w:sz w:val="17"/>
        </w:rPr>
        <w:t>• İki tacir arasında alıcı, açıkça belli olan ayıbı iki gün içinde bildirir; açıkça belli olmayan ayıp için malı teslimden itibaren sekiz gün içinde inceler ve ayıp ortaya çıkarsa sekiz gün içinde bildirir (TTK m. 23/1-c).</w:t>
      </w:r>
    </w:p>
    <w:p/>
    <w:tbl>
      <w:tblPr>
        <w:tblW w:type="auto" w:w="0"/>
        <w:tblLook w:firstColumn="1" w:firstRow="1" w:lastColumn="0" w:lastRow="0" w:noHBand="0" w:noVBand="1" w:val="04A0"/>
      </w:tblPr>
      <w:tblGrid>
        <w:gridCol w:w="5213"/>
        <w:gridCol w:w="5213"/>
      </w:tblGrid>
      <w:tr>
        <w:tc>
          <w:tcPr>
            <w:tcW w:type="dxa" w:w="5213"/>
          </w:tcPr>
          <w:p>
            <w:pPr>
              <w:jc w:val="center"/>
            </w:pPr>
            <w:r>
              <w:t>Teslim eden</w:t>
              <w:br/>
              <w:t>Ad soyad / İmza / Kaşe</w:t>
              <w:br/>
              <w:br/>
              <w:br/>
              <w:t>......................................</w:t>
            </w:r>
          </w:p>
        </w:tc>
        <w:tc>
          <w:tcPr>
            <w:tcW w:type="dxa" w:w="5213"/>
          </w:tcPr>
          <w:p>
            <w:pPr>
              <w:jc w:val="center"/>
            </w:pPr>
            <w:r>
              <w:t>Teslim alan</w:t>
              <w:br/>
              <w:t>Ad soyad / İmza</w:t>
              <w:br/>
              <w:br/>
              <w:br/>
              <w:t>......................................</w:t>
            </w:r>
          </w:p>
        </w:tc>
      </w:tr>
    </w:tbl>
    <w:p/>
    <w:p>
      <w:r>
        <w:rPr>
          <w:color w:val="6B7080"/>
          <w:sz w:val="15"/>
        </w:rPr>
        <w:t>Dayanak: 6098 sayılı Türk Borçlar Kanunu (satış sözleşmesi, m. 207 vd.), 6502 sayılı Tüketicinin Korunması Hakkında Kanun, Mesafeli Sözleşmeler Yönetmeliği ve 6102 sayılı Türk Ticaret Kanunu m. 23. İşletme Yönetim bir yazılım işletmesidir; avukat ya da mali müşavir değildir. Bu şablon örnek niteliğindedir, yukarıda adı geçen resmî mevzuattan (mevzuat.gov.tr) derlenmiştir ve hukuki danışmanlık yerine geçmez; bağlayıcı olan resmî metindir. Kullanmadan önce kendi işinize göre gözden geçirin, önemli bir uyuşmazlıkta bir avukata kontrol ettirin.</w:t>
      </w:r>
    </w:p>
    <w:p>
      <w:r>
        <w:rPr>
          <w:color w:val="4C4A9E"/>
          <w:sz w:val="15"/>
        </w:rPr>
        <w:t>Ücretsiz şablon: İşletme Yönetim · https://isletmeyonetim.com — Bu formu programda dijital doldurup müşteriye WhatsApp'tan gönderebilirsiniz. 250 kayda kadar ücretsiz: https://isletmeyonetim.com/register?utm_source=sablon&amp;utm_medium=word&amp;utm_campaign=urun-teslim-tutanagi</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Ürün / Mal Tesli̇m Tutanaği</dc:title>
  <dc:subject/>
  <dc:creator>İşletme Yönetim (isletmeyonetim.com)</dc:creator>
  <cp:keywords/>
  <dc:description>generated by python-docx</dc:description>
  <cp:lastModifiedBy/>
  <cp:revision>1</cp:revision>
  <dcterms:created xsi:type="dcterms:W3CDTF">2013-12-23T23:15:00Z</dcterms:created>
  <dcterms:modified xsi:type="dcterms:W3CDTF">2013-12-23T23:15:00Z</dcterms:modified>
  <cp:category/>
</cp:coreProperties>
</file>