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2330"/>
          <w:sz w:val="32"/>
        </w:rPr>
        <w:t>İSTİFA DİLEKÇESİ ÖRNEKLERİ</w:t>
      </w:r>
    </w:p>
    <w:p>
      <w:pPr>
        <w:spacing w:after="40"/>
      </w:pPr>
      <w:r>
        <w:rPr>
          <w:i w:val="0"/>
          <w:color w:val="6B7080"/>
          <w:sz w:val="19"/>
        </w:rPr>
        <w:t>Dört durum: ihbar süreli istifa, haklı nedenle derhal fesih, evlilik nedeniyle (kadın çalışan), emeklilik</w:t>
      </w:r>
    </w:p>
    <w:p/>
    <w:p>
      <w:r>
        <w:rPr>
          <w:b/>
        </w:rPr>
        <w:t>İçindekiler</w:t>
      </w:r>
    </w:p>
    <w:p>
      <w:r>
        <w:t>• 1. Standart istifa — ihbar süresine uyarak</w:t>
      </w:r>
    </w:p>
    <w:p>
      <w:r>
        <w:t>• 2. Haklı nedenle derhal fesih (ör. ücretin ödenmemesi)</w:t>
      </w:r>
    </w:p>
    <w:p>
      <w:r>
        <w:t>• 3. Evlilik nedeniyle istifa (kadın çalışan, evlilikten itibaren 1 yıl içinde)</w:t>
      </w:r>
    </w:p>
    <w:p>
      <w:r>
        <w:t>• 4. Emeklilik nedeniyle ayrılma</w:t>
      </w:r>
    </w:p>
    <w:p>
      <w:r>
        <w:t>Köşeli parantezli [alanları] kendi bilgilerinizle değiştirin, gereksiz cümleleri silin. Dilekçeyi iki nüsha yazdırın; birini işverene verip diğerine teslim alındığına dair tarih ve imza (ya da kaşe) aldırın. E-posta ile gönderiyorsanız gönderim kaydını saklayın.</w:t>
      </w:r>
    </w:p>
    <w:p/>
    <w:p>
      <w:r>
        <w:rPr>
          <w:b/>
        </w:rPr>
        <w:t>Dikkat</w:t>
      </w:r>
    </w:p>
    <w:p>
      <w:pPr>
        <w:spacing w:after="40"/>
      </w:pPr>
      <w:r>
        <w:rPr>
          <w:sz w:val="18"/>
        </w:rPr>
        <w:t>• Belirsiz süreli iş sözleşmesinde ihbar süreleri: işi altı aydan az sürmüşse iki hafta, altı aydan bir buçuk yıla kadar dört hafta, bir buçuk yıldan üç yıla kadar altı hafta, üç yıldan fazla sürmüşse sekiz haftadır (İş Kanunu m. 17). Bu süreler sözleşmeyle artırılabilir.</w:t>
      </w:r>
    </w:p>
    <w:p>
      <w:pPr>
        <w:spacing w:after="40"/>
      </w:pPr>
      <w:r>
        <w:rPr>
          <w:sz w:val="18"/>
        </w:rPr>
        <w:t>• Kendi isteğiyle (standart) istifa eden çalışan kural olarak kıdem tazminatı alamaz; haklı nedenle fesih (m. 24), evlilik (kadın çalışan, 1 yıl içinde), emeklilik ve askerlik gibi hâllerde kıdem tazminatı şartları ayrıca değerlendirilir.</w:t>
      </w:r>
    </w:p>
    <w:p>
      <w:pPr>
        <w:spacing w:after="40"/>
      </w:pPr>
      <w:r>
        <w:rPr>
          <w:sz w:val="18"/>
        </w:rPr>
        <w:t>• Haklı nedenle fesihte nedeni açıkça yazın. Fesih hakkı, durumun öğrenildiği günden itibaren altı iş günü içinde kullanılmalıdır (İş Kanunu m. 26).</w:t>
      </w:r>
    </w:p>
    <w:p>
      <w:pPr>
        <w:spacing w:after="40"/>
      </w:pPr>
      <w:r>
        <w:rPr>
          <w:sz w:val="18"/>
        </w:rPr>
        <w:t>• Dilekçeyi iki nüsha hazırlayın ve birine teslim alındı imzası aldırın; işveren almıyorsa noter ya da KEP / e-posta ile gönderin.</w:t>
      </w:r>
    </w:p>
    <w:p/>
    <w:p>
      <w:pPr>
        <w:spacing w:after="40"/>
      </w:pPr>
      <w:r>
        <w:rPr>
          <w:i w:val="0"/>
          <w:color w:val="6B7080"/>
          <w:sz w:val="16"/>
        </w:rPr>
        <w:t>Dayanak: 4857 sayılı İş Kanunu m. 17 (bildirim süreleri), m. 24 (işçinin haklı nedenle derhal feshi), m. 26; 1475 sayılı İş Kanunu m. 14 (kıdem tazminatı). İşletme Yönetim bir yazılım işletmesidir; avukat ya da mali müşavir değildir. Bu şablon örnek niteliğindedir, yukarıda adı geçen resmî mevzuattan (mevzuat.gov.tr) derlenmiştir ve hukuki danışmanlık yerine geçmez; bağlayıcı olan resmî metindir. Kullanmadan önce kendi işinize göre gözden geçirin, önemli bir uyuşmazlıkta bir avukata kontrol ettirin.</w:t>
      </w:r>
    </w:p>
    <w:p>
      <w:pPr>
        <w:spacing w:after="40"/>
      </w:pPr>
      <w:r>
        <w:rPr>
          <w:i w:val="0"/>
          <w:color w:val="4C4A9E"/>
          <w:sz w:val="16"/>
        </w:rPr>
        <w:t>Ücretsiz şablon: İşletme Yönetim · https://isletmeyonetim.com — İşveren misiniz? Ekibinizin görev, izin ve zimmet kayıtlarını programda tutun. 250 kayda kadar ücretsiz: https://isletmeyonetim.com/register?utm_source=sablon&amp;utm_medium=word&amp;utm_campaign=istifa-dilekcesi</w:t>
      </w:r>
    </w:p>
    <w:p>
      <w:r>
        <w:br w:type="page"/>
      </w:r>
    </w:p>
    <w:p>
      <w:pPr>
        <w:spacing w:after="40"/>
      </w:pPr>
      <w:r>
        <w:rPr>
          <w:i/>
          <w:color w:val="4C4A9E"/>
          <w:sz w:val="16"/>
        </w:rPr>
        <w:t>1. Standart istifa — ihbar süresine uyarak</w:t>
      </w:r>
    </w:p>
    <w:p/>
    <w:p>
      <w:pPr>
        <w:jc w:val="center"/>
      </w:pPr>
      <w:r>
        <w:rPr>
          <w:b/>
        </w:rPr>
        <w:t>[İŞYERİ UNVANI]</w:t>
        <w:br/>
        <w:t>[İNSAN KAYNAKLARI / PERSONEL BİRİMİNE]</w:t>
        <w:br/>
        <w:t>[ŞEHİR]</w:t>
      </w:r>
    </w:p>
    <w:p/>
    <w:p>
      <w:pPr>
        <w:jc w:val="right"/>
      </w:pPr>
      <w:r>
        <w:t>[..../..../........]</w:t>
      </w:r>
    </w:p>
    <w:p>
      <w:r>
        <w:rPr>
          <w:b/>
        </w:rPr>
        <w:t xml:space="preserve">Konu: </w:t>
      </w:r>
      <w:r>
        <w:t>İstifa</w:t>
      </w:r>
    </w:p>
    <w:p/>
    <w:p>
      <w:pPr>
        <w:spacing w:after="160"/>
        <w:ind w:firstLine="567"/>
      </w:pPr>
      <w:r>
        <w:t>[..../..../........] tarihinden bu yana [görev] olarak çalıştığım işyerinizden kendi isteğimle ayrılmak istiyorum.</w:t>
      </w:r>
    </w:p>
    <w:p>
      <w:pPr>
        <w:spacing w:after="160"/>
        <w:ind w:firstLine="567"/>
      </w:pPr>
      <w:r>
        <w:t>İş Kanunu'nun 17. maddesindeki ihbar süresine uyarak [son çalışma günü: ..../..../........] tarihinde iş sözleşmemin sona ermesini; bu tarihe kadar işlerimi düzenli olarak teslim etmeyi talep ediyorum.</w:t>
      </w:r>
    </w:p>
    <w:p>
      <w:pPr>
        <w:spacing w:after="160"/>
        <w:ind w:firstLine="567"/>
      </w:pPr>
      <w:r>
        <w:t>Ödenmemiş ücret, fazla mesai ve kullanılmamış yıllık izin ücretlerimin son ücretimle birlikte hesabıma yatırılmasını ve SGK işten çıkış bildirgemin yapılmasını rica ederim.</w:t>
      </w:r>
    </w:p>
    <w:p>
      <w:pPr>
        <w:spacing w:after="160"/>
        <w:ind w:firstLine="567"/>
      </w:pPr>
      <w:r>
        <w:t>Gereğini bilgilerinize arz ederim.</w:t>
      </w:r>
    </w:p>
    <w:p/>
    <w:p>
      <w:pPr>
        <w:jc w:val="right"/>
      </w:pPr>
      <w:r>
        <w:t>[Ad Soyad]</w:t>
        <w:br/>
        <w:t>İmza</w:t>
      </w:r>
    </w:p>
    <w:p/>
    <w:p>
      <w:r>
        <w:rPr>
          <w:b/>
        </w:rPr>
        <w:t>Dilekçe sahibinin</w:t>
      </w:r>
    </w:p>
    <w:p>
      <w:pPr>
        <w:spacing w:after="0"/>
      </w:pPr>
      <w:r>
        <w:t>T.C. kimlik no: [...........]</w:t>
      </w:r>
    </w:p>
    <w:p>
      <w:pPr>
        <w:spacing w:after="0"/>
      </w:pPr>
      <w:r>
        <w:t>Görevi / birimi: [...........]</w:t>
      </w:r>
    </w:p>
    <w:p>
      <w:pPr>
        <w:spacing w:after="0"/>
      </w:pPr>
      <w:r>
        <w:t>İşe giriş tarihi: [..../..../........]</w:t>
      </w:r>
    </w:p>
    <w:p>
      <w:pPr>
        <w:spacing w:after="0"/>
      </w:pPr>
      <w:r>
        <w:t>Telefon: [...........]</w:t>
      </w:r>
    </w:p>
    <w:p>
      <w:pPr>
        <w:spacing w:after="0"/>
      </w:pPr>
      <w:r>
        <w:t>Adres: [.....................................]</w:t>
      </w:r>
    </w:p>
    <w:p/>
    <w:p>
      <w:pPr>
        <w:spacing w:after="40"/>
      </w:pPr>
      <w:r>
        <w:rPr>
          <w:i w:val="0"/>
          <w:color w:val="6B7080"/>
          <w:sz w:val="18"/>
        </w:rPr>
        <w:t>Teslim alındı — Tarih: ..../..../........  Ad soyad / İmza / Kaşe: ..........................</w:t>
      </w:r>
    </w:p>
    <w:p>
      <w:r>
        <w:br w:type="page"/>
      </w:r>
    </w:p>
    <w:p>
      <w:pPr>
        <w:spacing w:after="40"/>
      </w:pPr>
      <w:r>
        <w:rPr>
          <w:i/>
          <w:color w:val="4C4A9E"/>
          <w:sz w:val="16"/>
        </w:rPr>
        <w:t>2. Haklı nedenle derhal fesih (ör. ücretin ödenmemesi)</w:t>
      </w:r>
    </w:p>
    <w:p/>
    <w:p>
      <w:pPr>
        <w:jc w:val="center"/>
      </w:pPr>
      <w:r>
        <w:rPr>
          <w:b/>
        </w:rPr>
        <w:t>[İŞYERİ UNVANI]</w:t>
        <w:br/>
        <w:t>[İNSAN KAYNAKLARI / PERSONEL BİRİMİNE]</w:t>
        <w:br/>
        <w:t>[ŞEHİR]</w:t>
      </w:r>
    </w:p>
    <w:p/>
    <w:p>
      <w:pPr>
        <w:jc w:val="right"/>
      </w:pPr>
      <w:r>
        <w:t>[..../..../........]</w:t>
      </w:r>
    </w:p>
    <w:p>
      <w:r>
        <w:rPr>
          <w:b/>
        </w:rPr>
        <w:t xml:space="preserve">Konu: </w:t>
      </w:r>
      <w:r>
        <w:t>İş sözleşmesinin haklı nedenle feshi</w:t>
      </w:r>
    </w:p>
    <w:p/>
    <w:p>
      <w:pPr>
        <w:spacing w:after="160"/>
        <w:ind w:firstLine="567"/>
      </w:pPr>
      <w:r>
        <w:t>[..../..../........] tarihinden bu yana [görev] olarak çalışmaktayım. [..... ayına ait ücretim / fazla mesai ücretlerim] bugüne kadar ödenmemiştir.</w:t>
      </w:r>
    </w:p>
    <w:p>
      <w:pPr>
        <w:spacing w:after="160"/>
        <w:ind w:firstLine="567"/>
      </w:pPr>
      <w:r>
        <w:t>Bu nedenle iş sözleşmemi İş Kanunu'nun 24. maddesinin (II) numaralı bendi uyarınca haklı nedenle ve bildirim süresi beklemeksizin bugün itibarıyla feshediyorum.</w:t>
      </w:r>
    </w:p>
    <w:p>
      <w:pPr>
        <w:spacing w:after="160"/>
        <w:ind w:firstLine="567"/>
      </w:pPr>
      <w:r>
        <w:t>Ödenmeyen ücretlerimin, kıdem tazminatımın, kullanılmayan yıllık izin ücretimin ve diğer işçilik alacaklarımın tarafıma ödenmesini; SGK çıkış bildirgemin fesih nedenine uygun kodla yapılmasını talep ederim.</w:t>
      </w:r>
    </w:p>
    <w:p>
      <w:pPr>
        <w:spacing w:after="160"/>
        <w:ind w:firstLine="567"/>
      </w:pPr>
      <w:r>
        <w:t>Gereğini bilgilerinize arz ederim.</w:t>
      </w:r>
    </w:p>
    <w:p/>
    <w:p>
      <w:pPr>
        <w:jc w:val="right"/>
      </w:pPr>
      <w:r>
        <w:t>[Ad Soyad]</w:t>
        <w:br/>
        <w:t>İmza</w:t>
      </w:r>
    </w:p>
    <w:p/>
    <w:p>
      <w:r>
        <w:rPr>
          <w:b/>
        </w:rPr>
        <w:t>Dilekçe sahibinin</w:t>
      </w:r>
    </w:p>
    <w:p>
      <w:pPr>
        <w:spacing w:after="0"/>
      </w:pPr>
      <w:r>
        <w:t>T.C. kimlik no: [...........]</w:t>
      </w:r>
    </w:p>
    <w:p>
      <w:pPr>
        <w:spacing w:after="0"/>
      </w:pPr>
      <w:r>
        <w:t>Görevi / birimi: [...........]</w:t>
      </w:r>
    </w:p>
    <w:p>
      <w:pPr>
        <w:spacing w:after="0"/>
      </w:pPr>
      <w:r>
        <w:t>İşe giriş tarihi: [..../..../........]</w:t>
      </w:r>
    </w:p>
    <w:p>
      <w:pPr>
        <w:spacing w:after="0"/>
      </w:pPr>
      <w:r>
        <w:t>Telefon: [...........]</w:t>
      </w:r>
    </w:p>
    <w:p>
      <w:pPr>
        <w:spacing w:after="0"/>
      </w:pPr>
      <w:r>
        <w:t>Adres: [.....................................]</w:t>
      </w:r>
    </w:p>
    <w:p/>
    <w:p>
      <w:r>
        <w:rPr>
          <w:b/>
        </w:rPr>
        <w:t xml:space="preserve">Ekler: </w:t>
      </w:r>
      <w:r>
        <w:t>Varsa ücret bordrosu / banka dökümü</w:t>
      </w:r>
    </w:p>
    <w:p/>
    <w:p>
      <w:pPr>
        <w:spacing w:after="40"/>
      </w:pPr>
      <w:r>
        <w:rPr>
          <w:i w:val="0"/>
          <w:color w:val="6B7080"/>
          <w:sz w:val="18"/>
        </w:rPr>
        <w:t>Teslim alındı — Tarih: ..../..../........  Ad soyad / İmza / Kaşe: ..........................</w:t>
      </w:r>
    </w:p>
    <w:p>
      <w:r>
        <w:br w:type="page"/>
      </w:r>
    </w:p>
    <w:p>
      <w:pPr>
        <w:spacing w:after="40"/>
      </w:pPr>
      <w:r>
        <w:rPr>
          <w:i/>
          <w:color w:val="4C4A9E"/>
          <w:sz w:val="16"/>
        </w:rPr>
        <w:t>3. Evlilik nedeniyle istifa (kadın çalışan, evlilikten itibaren 1 yıl içinde)</w:t>
      </w:r>
    </w:p>
    <w:p/>
    <w:p>
      <w:pPr>
        <w:jc w:val="center"/>
      </w:pPr>
      <w:r>
        <w:rPr>
          <w:b/>
        </w:rPr>
        <w:t>[İŞYERİ UNVANI]</w:t>
        <w:br/>
        <w:t>[İNSAN KAYNAKLARI / PERSONEL BİRİMİNE]</w:t>
        <w:br/>
        <w:t>[ŞEHİR]</w:t>
      </w:r>
    </w:p>
    <w:p/>
    <w:p>
      <w:pPr>
        <w:jc w:val="right"/>
      </w:pPr>
      <w:r>
        <w:t>[..../..../........]</w:t>
      </w:r>
    </w:p>
    <w:p>
      <w:r>
        <w:rPr>
          <w:b/>
        </w:rPr>
        <w:t xml:space="preserve">Konu: </w:t>
      </w:r>
      <w:r>
        <w:t>Evlilik nedeniyle iş sözleşmesinin feshi</w:t>
      </w:r>
    </w:p>
    <w:p/>
    <w:p>
      <w:pPr>
        <w:spacing w:after="160"/>
        <w:ind w:firstLine="567"/>
      </w:pPr>
      <w:r>
        <w:t>[..../..../........] tarihinden bu yana [görev] olarak çalıştığım işyerinizden, [..../..../........] tarihinde evlenmiş olmam nedeniyle ayrılmak istiyorum.</w:t>
      </w:r>
    </w:p>
    <w:p>
      <w:pPr>
        <w:spacing w:after="160"/>
        <w:ind w:firstLine="567"/>
      </w:pPr>
      <w:r>
        <w:t>Evlilik tarihimden itibaren bir yıl dolmadan iş sözleşmemi kendi isteğimle sona erdiriyorum. 1475 sayılı İş Kanunu'nun yürürlükteki 14. maddesi uyarınca kıdem tazminatımın ödenmesini talep ederim.</w:t>
      </w:r>
    </w:p>
    <w:p>
      <w:pPr>
        <w:spacing w:after="160"/>
        <w:ind w:firstLine="567"/>
      </w:pPr>
      <w:r>
        <w:t>Gereğini bilgilerinize arz ederim.</w:t>
      </w:r>
    </w:p>
    <w:p/>
    <w:p>
      <w:pPr>
        <w:jc w:val="right"/>
      </w:pPr>
      <w:r>
        <w:t>[Ad Soyad]</w:t>
        <w:br/>
        <w:t>İmza</w:t>
      </w:r>
    </w:p>
    <w:p/>
    <w:p>
      <w:r>
        <w:rPr>
          <w:b/>
        </w:rPr>
        <w:t>Dilekçe sahibinin</w:t>
      </w:r>
    </w:p>
    <w:p>
      <w:pPr>
        <w:spacing w:after="0"/>
      </w:pPr>
      <w:r>
        <w:t>T.C. kimlik no: [...........]</w:t>
      </w:r>
    </w:p>
    <w:p>
      <w:pPr>
        <w:spacing w:after="0"/>
      </w:pPr>
      <w:r>
        <w:t>Görevi / birimi: [...........]</w:t>
      </w:r>
    </w:p>
    <w:p>
      <w:pPr>
        <w:spacing w:after="0"/>
      </w:pPr>
      <w:r>
        <w:t>İşe giriş tarihi: [..../..../........]</w:t>
      </w:r>
    </w:p>
    <w:p>
      <w:pPr>
        <w:spacing w:after="0"/>
      </w:pPr>
      <w:r>
        <w:t>Telefon: [...........]</w:t>
      </w:r>
    </w:p>
    <w:p>
      <w:pPr>
        <w:spacing w:after="0"/>
      </w:pPr>
      <w:r>
        <w:t>Adres: [.....................................]</w:t>
      </w:r>
    </w:p>
    <w:p/>
    <w:p>
      <w:r>
        <w:rPr>
          <w:b/>
        </w:rPr>
        <w:t xml:space="preserve">Ekler: </w:t>
      </w:r>
      <w:r>
        <w:t>Evlilik cüzdanı fotokopisi / nüfus kayıt örneği</w:t>
      </w:r>
    </w:p>
    <w:p/>
    <w:p>
      <w:pPr>
        <w:spacing w:after="40"/>
      </w:pPr>
      <w:r>
        <w:rPr>
          <w:i w:val="0"/>
          <w:color w:val="6B7080"/>
          <w:sz w:val="18"/>
        </w:rPr>
        <w:t>Teslim alındı — Tarih: ..../..../........  Ad soyad / İmza / Kaşe: ..........................</w:t>
      </w:r>
    </w:p>
    <w:p>
      <w:r>
        <w:br w:type="page"/>
      </w:r>
    </w:p>
    <w:p>
      <w:pPr>
        <w:spacing w:after="40"/>
      </w:pPr>
      <w:r>
        <w:rPr>
          <w:i/>
          <w:color w:val="4C4A9E"/>
          <w:sz w:val="16"/>
        </w:rPr>
        <w:t>4. Emeklilik nedeniyle ayrılma</w:t>
      </w:r>
    </w:p>
    <w:p/>
    <w:p>
      <w:pPr>
        <w:jc w:val="center"/>
      </w:pPr>
      <w:r>
        <w:rPr>
          <w:b/>
        </w:rPr>
        <w:t>[İŞYERİ UNVANI]</w:t>
        <w:br/>
        <w:t>[İNSAN KAYNAKLARI / PERSONEL BİRİMİNE]</w:t>
        <w:br/>
        <w:t>[ŞEHİR]</w:t>
      </w:r>
    </w:p>
    <w:p/>
    <w:p>
      <w:pPr>
        <w:jc w:val="right"/>
      </w:pPr>
      <w:r>
        <w:t>[..../..../........]</w:t>
      </w:r>
    </w:p>
    <w:p>
      <w:r>
        <w:rPr>
          <w:b/>
        </w:rPr>
        <w:t xml:space="preserve">Konu: </w:t>
      </w:r>
      <w:r>
        <w:t>Emeklilik nedeniyle iş sözleşmesinin feshi</w:t>
      </w:r>
    </w:p>
    <w:p/>
    <w:p>
      <w:pPr>
        <w:spacing w:after="160"/>
        <w:ind w:firstLine="567"/>
      </w:pPr>
      <w:r>
        <w:t>[..../..../........] tarihinden bu yana [görev] olarak çalışmaktayım. Sosyal Güvenlik Kurumu'ndan yaşlılık aylığı bağlanması için gerekli şartları taşıdığımı gösteren yazıyı ekte sunuyorum.</w:t>
      </w:r>
    </w:p>
    <w:p>
      <w:pPr>
        <w:spacing w:after="160"/>
        <w:ind w:firstLine="567"/>
      </w:pPr>
      <w:r>
        <w:t>Bu nedenle iş sözleşmemi [..../..../........] tarihi itibarıyla sona erdiriyor; kıdem tazminatımın ve diğer işçilik alacaklarımın ödenmesini talep ediyorum.</w:t>
      </w:r>
    </w:p>
    <w:p>
      <w:pPr>
        <w:spacing w:after="160"/>
        <w:ind w:firstLine="567"/>
      </w:pPr>
      <w:r>
        <w:t>Gereğini bilgilerinize arz ederim.</w:t>
      </w:r>
    </w:p>
    <w:p/>
    <w:p>
      <w:pPr>
        <w:jc w:val="right"/>
      </w:pPr>
      <w:r>
        <w:t>[Ad Soyad]</w:t>
        <w:br/>
        <w:t>İmza</w:t>
      </w:r>
    </w:p>
    <w:p/>
    <w:p>
      <w:r>
        <w:rPr>
          <w:b/>
        </w:rPr>
        <w:t>Dilekçe sahibinin</w:t>
      </w:r>
    </w:p>
    <w:p>
      <w:pPr>
        <w:spacing w:after="0"/>
      </w:pPr>
      <w:r>
        <w:t>T.C. kimlik no: [...........]</w:t>
      </w:r>
    </w:p>
    <w:p>
      <w:pPr>
        <w:spacing w:after="0"/>
      </w:pPr>
      <w:r>
        <w:t>Görevi / birimi: [...........]</w:t>
      </w:r>
    </w:p>
    <w:p>
      <w:pPr>
        <w:spacing w:after="0"/>
      </w:pPr>
      <w:r>
        <w:t>İşe giriş tarihi: [..../..../........]</w:t>
      </w:r>
    </w:p>
    <w:p>
      <w:pPr>
        <w:spacing w:after="0"/>
      </w:pPr>
      <w:r>
        <w:t>Telefon: [...........]</w:t>
      </w:r>
    </w:p>
    <w:p>
      <w:pPr>
        <w:spacing w:after="0"/>
      </w:pPr>
      <w:r>
        <w:t>Adres: [.....................................]</w:t>
      </w:r>
    </w:p>
    <w:p/>
    <w:p>
      <w:r>
        <w:rPr>
          <w:b/>
        </w:rPr>
        <w:t xml:space="preserve">Ekler: </w:t>
      </w:r>
      <w:r>
        <w:t>SGK'dan alınan emeklilik / kıdem tazminatına esas yazı</w:t>
      </w:r>
    </w:p>
    <w:p/>
    <w:p>
      <w:pPr>
        <w:spacing w:after="40"/>
      </w:pPr>
      <w:r>
        <w:rPr>
          <w:i w:val="0"/>
          <w:color w:val="6B7080"/>
          <w:sz w:val="18"/>
        </w:rPr>
        <w:t>Teslim alındı — Tarih: ..../..../........  Ad soyad / İmza / Kaşe: ..........................</w:t>
      </w:r>
    </w:p>
    <w:sectPr w:rsidR="00FC693F" w:rsidRPr="0006063C" w:rsidSect="00034616">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İsti̇fa Di̇lekçesi̇ Örnekleri̇</dc:title>
  <dc:subject/>
  <dc:creator>İşletme Yönetim (isletmeyonetim.com)</dc:creator>
  <cp:keywords/>
  <dc:description>generated by python-docx</dc:description>
  <cp:lastModifiedBy/>
  <cp:revision>1</cp:revision>
  <dcterms:created xsi:type="dcterms:W3CDTF">2013-12-23T23:15:00Z</dcterms:created>
  <dcterms:modified xsi:type="dcterms:W3CDTF">2013-12-23T23:15:00Z</dcterms:modified>
  <cp:category/>
</cp:coreProperties>
</file>