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  <w:color w:val="1F2330"/>
          <w:sz w:val="30"/>
        </w:rPr>
        <w:t>CİHAZ TESLİM ALMA TUTANAĞI</w:t>
      </w:r>
    </w:p>
    <w:p>
      <w:r>
        <w:rPr>
          <w:color w:val="6B7080"/>
          <w:sz w:val="17"/>
        </w:rPr>
        <w:t>Servise bırakılan cihaz için teslim alma belgesi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10426"/>
            <w:gridSpan w:val="2"/>
            <w:shd w:val="clear" w:color="auto" w:fill="1F2330"/>
          </w:tcPr>
          <w:p>
            <w:r>
              <w:rPr>
                <w:b/>
                <w:color w:val="FFFFFF"/>
              </w:rPr>
              <w:t>Servis bilgileri</w:t>
            </w:r>
          </w:p>
        </w:tc>
      </w:tr>
      <w:tr>
        <w:trPr>
          <w:trHeight w:val="351"/>
        </w:trPr>
        <w:tc>
          <w:tcPr>
            <w:tcW w:type="dxa" w:w="3515"/>
            <w:vAlign w:val="center"/>
            <w:shd w:val="clear" w:color="auto" w:fill="F1F1F8"/>
          </w:tcPr>
          <w:p>
            <w:r>
              <w:t>Servis unvanı</w:t>
            </w:r>
          </w:p>
        </w:tc>
        <w:tc>
          <w:tcPr>
            <w:tcW w:type="dxa" w:w="6576"/>
            <w:vAlign w:val="center"/>
          </w:tcPr>
          <w:p>
            <w:r/>
          </w:p>
        </w:tc>
      </w:tr>
      <w:tr>
        <w:trPr>
          <w:trHeight w:val="351"/>
        </w:trPr>
        <w:tc>
          <w:tcPr>
            <w:tcW w:type="dxa" w:w="3515"/>
            <w:vAlign w:val="center"/>
            <w:shd w:val="clear" w:color="auto" w:fill="F1F1F8"/>
          </w:tcPr>
          <w:p>
            <w:r>
              <w:t>Adres</w:t>
            </w:r>
          </w:p>
        </w:tc>
        <w:tc>
          <w:tcPr>
            <w:tcW w:type="dxa" w:w="6576"/>
            <w:vAlign w:val="center"/>
          </w:tcPr>
          <w:p>
            <w:r/>
          </w:p>
        </w:tc>
      </w:tr>
      <w:tr>
        <w:trPr>
          <w:trHeight w:val="351"/>
        </w:trPr>
        <w:tc>
          <w:tcPr>
            <w:tcW w:type="dxa" w:w="3515"/>
            <w:vAlign w:val="center"/>
            <w:shd w:val="clear" w:color="auto" w:fill="F1F1F8"/>
          </w:tcPr>
          <w:p>
            <w:r>
              <w:t>Telefon / e-posta</w:t>
            </w:r>
          </w:p>
        </w:tc>
        <w:tc>
          <w:tcPr>
            <w:tcW w:type="dxa" w:w="6576"/>
            <w:vAlign w:val="center"/>
          </w:tcPr>
          <w:p>
            <w:r/>
          </w:p>
        </w:tc>
      </w:tr>
      <w:tr>
        <w:trPr>
          <w:trHeight w:val="351"/>
        </w:trPr>
        <w:tc>
          <w:tcPr>
            <w:tcW w:type="dxa" w:w="3515"/>
            <w:vAlign w:val="center"/>
            <w:shd w:val="clear" w:color="auto" w:fill="F1F1F8"/>
          </w:tcPr>
          <w:p>
            <w:r>
              <w:t>Kayıt no</w:t>
            </w:r>
          </w:p>
        </w:tc>
        <w:tc>
          <w:tcPr>
            <w:tcW w:type="dxa" w:w="6576"/>
            <w:vAlign w:val="center"/>
          </w:tcPr>
          <w:p>
            <w:r/>
          </w:p>
        </w:tc>
      </w:tr>
      <w:tr>
        <w:trPr>
          <w:trHeight w:val="351"/>
        </w:trPr>
        <w:tc>
          <w:tcPr>
            <w:tcW w:type="dxa" w:w="3515"/>
            <w:vAlign w:val="center"/>
            <w:shd w:val="clear" w:color="auto" w:fill="F1F1F8"/>
          </w:tcPr>
          <w:p>
            <w:r>
              <w:t>Teslim alma tarihi ve saati</w:t>
            </w:r>
          </w:p>
        </w:tc>
        <w:tc>
          <w:tcPr>
            <w:tcW w:type="dxa" w:w="6576"/>
            <w:vAlign w:val="center"/>
          </w:tcPr>
          <w:p>
            <w:r/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10426"/>
            <w:gridSpan w:val="2"/>
            <w:shd w:val="clear" w:color="auto" w:fill="1F2330"/>
          </w:tcPr>
          <w:p>
            <w:r>
              <w:rPr>
                <w:b/>
                <w:color w:val="FFFFFF"/>
              </w:rPr>
              <w:t>Müşteri (teslim eden)</w:t>
            </w:r>
          </w:p>
        </w:tc>
      </w:tr>
      <w:tr>
        <w:trPr>
          <w:trHeight w:val="351"/>
        </w:trPr>
        <w:tc>
          <w:tcPr>
            <w:tcW w:type="dxa" w:w="3515"/>
            <w:vAlign w:val="center"/>
            <w:shd w:val="clear" w:color="auto" w:fill="F1F1F8"/>
          </w:tcPr>
          <w:p>
            <w:r>
              <w:t>Ad soyad</w:t>
            </w:r>
          </w:p>
        </w:tc>
        <w:tc>
          <w:tcPr>
            <w:tcW w:type="dxa" w:w="6576"/>
            <w:vAlign w:val="center"/>
          </w:tcPr>
          <w:p>
            <w:r/>
          </w:p>
        </w:tc>
      </w:tr>
      <w:tr>
        <w:trPr>
          <w:trHeight w:val="351"/>
        </w:trPr>
        <w:tc>
          <w:tcPr>
            <w:tcW w:type="dxa" w:w="3515"/>
            <w:vAlign w:val="center"/>
            <w:shd w:val="clear" w:color="auto" w:fill="F1F1F8"/>
          </w:tcPr>
          <w:p>
            <w:r>
              <w:t>Telefon</w:t>
            </w:r>
          </w:p>
        </w:tc>
        <w:tc>
          <w:tcPr>
            <w:tcW w:type="dxa" w:w="6576"/>
            <w:vAlign w:val="center"/>
          </w:tcPr>
          <w:p>
            <w:r/>
          </w:p>
        </w:tc>
      </w:tr>
      <w:tr>
        <w:trPr>
          <w:trHeight w:val="351"/>
        </w:trPr>
        <w:tc>
          <w:tcPr>
            <w:tcW w:type="dxa" w:w="3515"/>
            <w:vAlign w:val="center"/>
            <w:shd w:val="clear" w:color="auto" w:fill="F1F1F8"/>
          </w:tcPr>
          <w:p>
            <w:r>
              <w:t>Adres</w:t>
            </w:r>
          </w:p>
        </w:tc>
        <w:tc>
          <w:tcPr>
            <w:tcW w:type="dxa" w:w="6576"/>
            <w:vAlign w:val="center"/>
          </w:tcPr>
          <w:p>
            <w:r/>
          </w:p>
        </w:tc>
      </w:tr>
      <w:tr>
        <w:trPr>
          <w:trHeight w:val="351"/>
        </w:trPr>
        <w:tc>
          <w:tcPr>
            <w:tcW w:type="dxa" w:w="3515"/>
            <w:vAlign w:val="center"/>
            <w:shd w:val="clear" w:color="auto" w:fill="F1F1F8"/>
          </w:tcPr>
          <w:p>
            <w:r>
              <w:t>Bildirim yolu (SMS / WhatsApp / e-posta)</w:t>
            </w:r>
          </w:p>
        </w:tc>
        <w:tc>
          <w:tcPr>
            <w:tcW w:type="dxa" w:w="6576"/>
            <w:vAlign w:val="center"/>
          </w:tcPr>
          <w:p>
            <w:r/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10426"/>
            <w:gridSpan w:val="2"/>
            <w:shd w:val="clear" w:color="auto" w:fill="1F2330"/>
          </w:tcPr>
          <w:p>
            <w:r>
              <w:rPr>
                <w:b/>
                <w:color w:val="FFFFFF"/>
              </w:rPr>
              <w:t>Cihaz</w:t>
            </w:r>
          </w:p>
        </w:tc>
      </w:tr>
      <w:tr>
        <w:trPr>
          <w:trHeight w:val="351"/>
        </w:trPr>
        <w:tc>
          <w:tcPr>
            <w:tcW w:type="dxa" w:w="3515"/>
            <w:vAlign w:val="center"/>
            <w:shd w:val="clear" w:color="auto" w:fill="F1F1F8"/>
          </w:tcPr>
          <w:p>
            <w:r>
              <w:t>Cinsi</w:t>
            </w:r>
          </w:p>
        </w:tc>
        <w:tc>
          <w:tcPr>
            <w:tcW w:type="dxa" w:w="6576"/>
            <w:vAlign w:val="center"/>
          </w:tcPr>
          <w:p>
            <w:r/>
          </w:p>
        </w:tc>
      </w:tr>
      <w:tr>
        <w:trPr>
          <w:trHeight w:val="351"/>
        </w:trPr>
        <w:tc>
          <w:tcPr>
            <w:tcW w:type="dxa" w:w="3515"/>
            <w:vAlign w:val="center"/>
            <w:shd w:val="clear" w:color="auto" w:fill="F1F1F8"/>
          </w:tcPr>
          <w:p>
            <w:r>
              <w:t>Marka ve model</w:t>
            </w:r>
          </w:p>
        </w:tc>
        <w:tc>
          <w:tcPr>
            <w:tcW w:type="dxa" w:w="6576"/>
            <w:vAlign w:val="center"/>
          </w:tcPr>
          <w:p>
            <w:r/>
          </w:p>
        </w:tc>
      </w:tr>
      <w:tr>
        <w:trPr>
          <w:trHeight w:val="351"/>
        </w:trPr>
        <w:tc>
          <w:tcPr>
            <w:tcW w:type="dxa" w:w="3515"/>
            <w:vAlign w:val="center"/>
            <w:shd w:val="clear" w:color="auto" w:fill="F1F1F8"/>
          </w:tcPr>
          <w:p>
            <w:r>
              <w:t>Seri no / IMEI</w:t>
            </w:r>
          </w:p>
        </w:tc>
        <w:tc>
          <w:tcPr>
            <w:tcW w:type="dxa" w:w="6576"/>
            <w:vAlign w:val="center"/>
          </w:tcPr>
          <w:p>
            <w:r/>
          </w:p>
        </w:tc>
      </w:tr>
      <w:tr>
        <w:trPr>
          <w:trHeight w:val="351"/>
        </w:trPr>
        <w:tc>
          <w:tcPr>
            <w:tcW w:type="dxa" w:w="3515"/>
            <w:vAlign w:val="center"/>
            <w:shd w:val="clear" w:color="auto" w:fill="F1F1F8"/>
          </w:tcPr>
          <w:p>
            <w:r>
              <w:t>Garanti durumu (garantili / garanti dışı)</w:t>
            </w:r>
          </w:p>
        </w:tc>
        <w:tc>
          <w:tcPr>
            <w:tcW w:type="dxa" w:w="6576"/>
            <w:vAlign w:val="center"/>
          </w:tcPr>
          <w:p>
            <w:r/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10426"/>
            <w:gridSpan w:val="2"/>
            <w:shd w:val="clear" w:color="auto" w:fill="1F2330"/>
          </w:tcPr>
          <w:p>
            <w:r>
              <w:rPr>
                <w:b/>
                <w:color w:val="FFFFFF"/>
              </w:rPr>
              <w:t>Cihazın teslim alındığı hâl</w:t>
            </w:r>
          </w:p>
        </w:tc>
      </w:tr>
      <w:tr>
        <w:trPr>
          <w:trHeight w:val="703"/>
        </w:trPr>
        <w:tc>
          <w:tcPr>
            <w:tcW w:type="dxa" w:w="3515"/>
            <w:vAlign w:val="center"/>
            <w:shd w:val="clear" w:color="auto" w:fill="F1F1F8"/>
          </w:tcPr>
          <w:p>
            <w:r>
              <w:t>Fiziksel durum (çizik, kırık, sıvı teması vb.)</w:t>
            </w:r>
          </w:p>
        </w:tc>
        <w:tc>
          <w:tcPr>
            <w:tcW w:type="dxa" w:w="6576"/>
            <w:vAlign w:val="center"/>
          </w:tcPr>
          <w:p>
            <w:r>
              <w:br/>
            </w:r>
          </w:p>
        </w:tc>
      </w:tr>
      <w:tr>
        <w:trPr>
          <w:trHeight w:val="703"/>
        </w:trPr>
        <w:tc>
          <w:tcPr>
            <w:tcW w:type="dxa" w:w="3515"/>
            <w:vAlign w:val="center"/>
            <w:shd w:val="clear" w:color="auto" w:fill="F1F1F8"/>
          </w:tcPr>
          <w:p>
            <w:r>
              <w:t>Birlikte teslim alınanlar (şarj aleti, kılıf, kutu, hafıza kartı)</w:t>
            </w:r>
          </w:p>
        </w:tc>
        <w:tc>
          <w:tcPr>
            <w:tcW w:type="dxa" w:w="6576"/>
            <w:vAlign w:val="center"/>
          </w:tcPr>
          <w:p>
            <w:r>
              <w:br/>
            </w:r>
          </w:p>
        </w:tc>
      </w:tr>
      <w:tr>
        <w:trPr>
          <w:trHeight w:val="351"/>
        </w:trPr>
        <w:tc>
          <w:tcPr>
            <w:tcW w:type="dxa" w:w="3515"/>
            <w:vAlign w:val="center"/>
            <w:shd w:val="clear" w:color="auto" w:fill="F1F1F8"/>
          </w:tcPr>
          <w:p>
            <w:r>
              <w:t>Cihaz açılıyor mu?</w:t>
            </w:r>
          </w:p>
        </w:tc>
        <w:tc>
          <w:tcPr>
            <w:tcW w:type="dxa" w:w="6576"/>
            <w:vAlign w:val="center"/>
          </w:tcPr>
          <w:p>
            <w:r/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10426"/>
            <w:gridSpan w:val="2"/>
            <w:shd w:val="clear" w:color="auto" w:fill="1F2330"/>
          </w:tcPr>
          <w:p>
            <w:r>
              <w:rPr>
                <w:b/>
                <w:color w:val="FFFFFF"/>
              </w:rPr>
              <w:t>Müşterinin şikâyet ve talepleri</w:t>
            </w:r>
          </w:p>
        </w:tc>
      </w:tr>
      <w:tr>
        <w:trPr>
          <w:trHeight w:val="1054"/>
        </w:trPr>
        <w:tc>
          <w:tcPr>
            <w:tcW w:type="dxa" w:w="3515"/>
            <w:vAlign w:val="center"/>
            <w:shd w:val="clear" w:color="auto" w:fill="F1F1F8"/>
          </w:tcPr>
          <w:p>
            <w:r>
              <w:t>Arıza tarifi (müşterinin anlatımıyla)</w:t>
            </w:r>
          </w:p>
        </w:tc>
        <w:tc>
          <w:tcPr>
            <w:tcW w:type="dxa" w:w="6576"/>
            <w:vAlign w:val="center"/>
          </w:tcPr>
          <w:p>
            <w:r>
              <w:br/>
              <w:br/>
            </w:r>
          </w:p>
        </w:tc>
      </w:tr>
      <w:tr>
        <w:trPr>
          <w:trHeight w:val="351"/>
        </w:trPr>
        <w:tc>
          <w:tcPr>
            <w:tcW w:type="dxa" w:w="3515"/>
            <w:vAlign w:val="center"/>
            <w:shd w:val="clear" w:color="auto" w:fill="F1F1F8"/>
          </w:tcPr>
          <w:p>
            <w:r>
              <w:t>Talep edilen işlem</w:t>
            </w:r>
          </w:p>
        </w:tc>
        <w:tc>
          <w:tcPr>
            <w:tcW w:type="dxa" w:w="6576"/>
            <w:vAlign w:val="center"/>
          </w:tcPr>
          <w:p>
            <w:r/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10426"/>
            <w:gridSpan w:val="2"/>
            <w:shd w:val="clear" w:color="auto" w:fill="1F2330"/>
          </w:tcPr>
          <w:p>
            <w:r>
              <w:rPr>
                <w:b/>
                <w:color w:val="FFFFFF"/>
              </w:rPr>
              <w:t>Ücret bilgisi</w:t>
            </w:r>
          </w:p>
        </w:tc>
      </w:tr>
      <w:tr>
        <w:trPr>
          <w:trHeight w:val="703"/>
        </w:trPr>
        <w:tc>
          <w:tcPr>
            <w:tcW w:type="dxa" w:w="3515"/>
            <w:vAlign w:val="center"/>
            <w:shd w:val="clear" w:color="auto" w:fill="F1F1F8"/>
          </w:tcPr>
          <w:p>
            <w:r>
              <w:t>Arıza tespit ücreti (varsa) ve onarımda düşülüp düşülmeyeceği</w:t>
            </w:r>
          </w:p>
        </w:tc>
        <w:tc>
          <w:tcPr>
            <w:tcW w:type="dxa" w:w="6576"/>
            <w:vAlign w:val="center"/>
          </w:tcPr>
          <w:p>
            <w:r>
              <w:br/>
            </w:r>
          </w:p>
        </w:tc>
      </w:tr>
      <w:tr>
        <w:trPr>
          <w:trHeight w:val="351"/>
        </w:trPr>
        <w:tc>
          <w:tcPr>
            <w:tcW w:type="dxa" w:w="3515"/>
            <w:vAlign w:val="center"/>
            <w:shd w:val="clear" w:color="auto" w:fill="F1F1F8"/>
          </w:tcPr>
          <w:p>
            <w:r>
              <w:t>Ön fiyat (yaklaşık / kesin)</w:t>
            </w:r>
          </w:p>
        </w:tc>
        <w:tc>
          <w:tcPr>
            <w:tcW w:type="dxa" w:w="6576"/>
            <w:vAlign w:val="center"/>
          </w:tcPr>
          <w:p>
            <w:r/>
          </w:p>
        </w:tc>
      </w:tr>
    </w:tbl>
    <w:p>
      <w:r>
        <w:rPr>
          <w:i/>
          <w:sz w:val="17"/>
        </w:rPr>
        <w:t>Onarım, fiyat müşteriye bildirilip onaylandıktan sonra başlar.</w:t>
      </w:r>
    </w:p>
    <w:p>
      <w:pPr>
        <w:spacing w:after="0"/>
      </w:pPr>
    </w:p>
    <w:p>
      <w:pPr>
        <w:spacing w:after="20"/>
      </w:pPr>
      <w:r>
        <w:rPr>
          <w:sz w:val="17"/>
        </w:rPr>
        <w:t>• Cihazdaki verilerinizin yedeğini almanız önerilir.</w:t>
      </w:r>
    </w:p>
    <w:p>
      <w:pPr>
        <w:spacing w:after="20"/>
      </w:pPr>
      <w:r>
        <w:rPr>
          <w:sz w:val="17"/>
        </w:rPr>
        <w:t>• Onarım tamamlandığında yukarıda belirtilen bildirim yoluyla haber verilir.</w:t>
      </w:r>
    </w:p>
    <w:p>
      <w:pPr>
        <w:spacing w:after="20"/>
      </w:pPr>
      <w:r>
        <w:rPr>
          <w:sz w:val="17"/>
        </w:rPr>
        <w:t>• Cihazı teslim alırken bu belgeyi ya da kayıt numarasını ibraz ediniz.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213"/>
          </w:tcPr>
          <w:p>
            <w:pPr>
              <w:jc w:val="center"/>
            </w:pPr>
            <w:r>
              <w:t>Teslim eden (müşteri)</w:t>
              <w:br/>
              <w:t>Ad soyad / İmza</w:t>
              <w:br/>
              <w:br/>
              <w:br/>
              <w:t>......................................</w:t>
            </w:r>
          </w:p>
        </w:tc>
        <w:tc>
          <w:tcPr>
            <w:tcW w:type="dxa" w:w="5213"/>
          </w:tcPr>
          <w:p>
            <w:pPr>
              <w:jc w:val="center"/>
            </w:pPr>
            <w:r>
              <w:t>Teslim alan (servis yetkilisi)</w:t>
              <w:br/>
              <w:t>Ad soyad / İmza</w:t>
              <w:br/>
              <w:br/>
              <w:br/>
              <w:t>......................................</w:t>
            </w:r>
          </w:p>
        </w:tc>
      </w:tr>
    </w:tbl>
    <w:p/>
    <w:p>
      <w:r>
        <w:rPr>
          <w:color w:val="6B7080"/>
          <w:sz w:val="15"/>
        </w:rPr>
        <w:t>Bu belgedeki zorunlu alanlar Satış Sonrası Hizmetler Yönetmeliği m. 11/1'e göre hazırlanmıştır: malı teslim eden ve teslim alanın adı, soyadı ve imzası; tüketicinin şikâyet ve talepleri; malın cinsi, markası ve modeli; teslim veya arıza bildirim tarihi.</w:t>
      </w:r>
    </w:p>
    <w:p>
      <w:r>
        <w:rPr>
          <w:color w:val="4C4A9E"/>
          <w:sz w:val="15"/>
        </w:rPr>
        <w:t>Ücretsiz şablon: İşletme Yönetim · https://isletmeyonetim.com — Bu formu programda dijital doldurup müşteriye WhatsApp'tan gönderebilirsiniz. 50 kayda kadar ücretsiz: https://isletmeyonetim.com/register?utm_source=sablon&amp;utm_medium=word&amp;utm_campaign=cihaz-teslim-tutanagi</w:t>
      </w:r>
    </w:p>
    <w:sectPr w:rsidR="00FC693F" w:rsidRPr="0006063C" w:rsidSect="00034616"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Ci̇haz Tesli̇m Alma Tutanaği</dc:title>
  <dc:subject/>
  <dc:creator>İşletme Yönetim (isletmeyonetim.com)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